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לדוגמה וכרטיסי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הטקסטים לדוגמה ואת סוגות הכתיבה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כרטיסי משימה יכולים להתאים לכל רמת גיל ולכל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מאפייני סוגה (סיפור, כתבה, מאמר דעה)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חטיבת 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עם כל טקסט שבוחרים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להראות איך נראית עבודה טובה על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(סיפור, יסודי)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(כתבה, 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(מאמר דעה, חטיבה עליונה)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(סיפור,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(סיפור, חינוך 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ליד שם הטקסט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סיפורים, כתבה אחת ומאמר דעה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הכרטיסים מתאימים לכל טקסט שבוחרים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בתיאור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 פעם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כרטיס משימה מתאים לרמה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שוב ומחפשים את המידע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תשובה בעזרת הדוגמה הפתורה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את התשובה מול הדוגמה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 מספר עלילה בדויה, כתבה מוסרת מידע על אירוע אמיתי, ומאמר דעה מביע עמדה אישית של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סיפור, כתבה, מאמר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בחינוך מיוחד (חנ״מ)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הם מתאימים לכל טקסט שהמורה בוחרת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את כותרות הטקסטים ולבקש לנחש את הסוגה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התרגיל לטקסט אמיתי שנלמד בכיתה ולהדגים עליו כרטיס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עם תלמידים מתקשים אפשר לדלג על פריטי ה-skip_n ולהתמקד בזיהוי בסיסי של סוגה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לדוגמה וכרטיסי משימה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כאן חמישה טקסטים לדוגמה. לכל טקסט יש פתרון לדוגמה, כדי להראות איך עובדים נכון. אפשר להשתמש בכרטיסים גם עם טקסטים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לדוגמה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כדי להראות איך משתמשים בכרטיסים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 פתורה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מוכנה שמראה איך נראית עבודה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הכתיבה, למשל סיפור או 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 על אירוע או נושא אמיתי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מביע את דעתו האישית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חדשים שלומדים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שאלה או תרגיל על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הסוג של "הגינה שעל הגג"?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הסוג של "בשבחי השעמום"?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מתאים "הספרייה שבתחנה"?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חטיבה 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אילו טקסטים אפשר להשתמש בכרטיסים?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עם הטקסטים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כל טקסט שבוחרים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עם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עם מאמרי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דוגמאות פתורות?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איך נראית עבודה טובה על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את הטקסטים האמיתיים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לבחון את התלמידים בציון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לשעשע את הקוראים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הגינה שעל הגג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מאמר דעה, חטיבה עליונה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הספרייה שבתחנה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סיפור, 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בשבחי השעמום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כתבה,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השוק של יום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סיפור, חינוך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הכלב של דני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סיפור, יסודי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"הכלב של דני" הוא טקסט המיועד לחינוך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חמשת הטקסטים לדוגמה שייכים לאותה סוגה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הטקסטים לדוגמה הם היחידים שאפשר להשתמש בהם עם הכרטיסים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"בשבחי השעמום" נכתב במיוחד עבור 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"הגינה שעל הגג" הוא __________ המיועד לבית הספר היסודי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"הספרייה שבתחנה" היא __________ המיועדת לחטיבת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"בשבחי השעמום" הוא __________ המיועד לחטיבה העליונה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הכרטיסים מתאימים לעבודה עם __________ טקסט שהמורה בוחרת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כרטיס משימה מתאים לרמה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התשובה מול הדוגמה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בעזרת הדוגמה הפתורה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שוב ומחפשים את המידע הנדרש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פעם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סיפור, כתבה ומאמר 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הטקסטים שמופיעים בדוגמאות?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מיועד הטקסט "הכלב של דני"?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הכרטיסים עובדים רק עם הטקסטים לדוגמה? הסבירו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טקסטים לדוגמה וכרטיסי משימה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